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15B" w:rsidRDefault="00B93898" w:rsidP="00B93898">
      <w:pPr>
        <w:autoSpaceDE w:val="0"/>
        <w:autoSpaceDN w:val="0"/>
        <w:spacing w:after="78" w:line="220" w:lineRule="exact"/>
        <w:ind w:left="-1134" w:right="-1045"/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 wp14:anchorId="70183AD7" wp14:editId="6C96339A">
            <wp:extent cx="6991350" cy="10048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-01-25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829" cy="1004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5B" w:rsidRPr="00963660" w:rsidRDefault="00DD415B" w:rsidP="00C35D8F">
      <w:pPr>
        <w:autoSpaceDE w:val="0"/>
        <w:autoSpaceDN w:val="0"/>
        <w:spacing w:after="0" w:line="230" w:lineRule="auto"/>
        <w:ind w:right="3576"/>
        <w:rPr>
          <w:lang w:val="ru-RU"/>
        </w:rPr>
        <w:sectPr w:rsidR="00DD415B" w:rsidRPr="00963660">
          <w:pgSz w:w="11900" w:h="16840"/>
          <w:pgMar w:top="29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:rsidR="00DD415B" w:rsidRPr="00963660" w:rsidRDefault="00DD415B">
      <w:pPr>
        <w:autoSpaceDE w:val="0"/>
        <w:autoSpaceDN w:val="0"/>
        <w:spacing w:after="78" w:line="220" w:lineRule="exact"/>
        <w:rPr>
          <w:lang w:val="ru-RU"/>
        </w:rPr>
      </w:pPr>
    </w:p>
    <w:p w:rsidR="00DD415B" w:rsidRPr="00963660" w:rsidRDefault="00F84CFE">
      <w:pPr>
        <w:autoSpaceDE w:val="0"/>
        <w:autoSpaceDN w:val="0"/>
        <w:spacing w:after="0" w:line="230" w:lineRule="auto"/>
        <w:rPr>
          <w:lang w:val="ru-RU"/>
        </w:rPr>
      </w:pP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DD415B" w:rsidRPr="00963660" w:rsidRDefault="00F84CFE">
      <w:pPr>
        <w:tabs>
          <w:tab w:val="left" w:pos="180"/>
        </w:tabs>
        <w:autoSpaceDE w:val="0"/>
        <w:autoSpaceDN w:val="0"/>
        <w:spacing w:before="346" w:after="0" w:line="281" w:lineRule="auto"/>
        <w:ind w:right="288"/>
        <w:rPr>
          <w:lang w:val="ru-RU"/>
        </w:rPr>
      </w:pP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</w:t>
      </w:r>
      <w:r w:rsidR="0068421E">
        <w:rPr>
          <w:rFonts w:ascii="Times New Roman" w:eastAsia="Times New Roman" w:hAnsi="Times New Roman"/>
          <w:b/>
          <w:color w:val="000000"/>
          <w:sz w:val="24"/>
          <w:lang w:val="ru-RU"/>
        </w:rPr>
        <w:t>ЕБНОГО ПРЕДМЕТА «ТАТАРСКАЯ ЛИТЕРАТУРА</w:t>
      </w: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»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Курс литературного чтения на родном (татарском) языке направлен на формирование у младших школьников первоначальных знаний о татарской литературе, интереса к чтению, культуры восприятия художественного текста; на воспитание нравственности, любви к родному краю и государству через осознание своей национальной принадлежности.</w:t>
      </w:r>
    </w:p>
    <w:p w:rsidR="00DD415B" w:rsidRPr="00963660" w:rsidRDefault="00F84CF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Учебный предмет обеспечивает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межпредметные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связи с другими дисциплинами гуманитарного цикла, особенно с учебным предметом «Родной (татарский) язык».</w:t>
      </w:r>
    </w:p>
    <w:p w:rsidR="00DD415B" w:rsidRPr="00963660" w:rsidRDefault="00F84CFE">
      <w:pPr>
        <w:tabs>
          <w:tab w:val="left" w:pos="180"/>
        </w:tabs>
        <w:autoSpaceDE w:val="0"/>
        <w:autoSpaceDN w:val="0"/>
        <w:spacing w:before="192" w:after="0" w:line="283" w:lineRule="auto"/>
        <w:rPr>
          <w:lang w:val="ru-RU"/>
        </w:rPr>
      </w:pP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ЦЕЛИ И ЗАДАЧИ ИЗУЧЕНИЯ УЧЕБНОГО ПРЕДМЕТА </w:t>
      </w:r>
      <w:r w:rsidR="0068421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«ТАТАРСКАЯ </w:t>
      </w:r>
      <w:proofErr w:type="gramStart"/>
      <w:r w:rsidR="0068421E">
        <w:rPr>
          <w:rFonts w:ascii="Times New Roman" w:eastAsia="Times New Roman" w:hAnsi="Times New Roman"/>
          <w:b/>
          <w:color w:val="000000"/>
          <w:sz w:val="24"/>
          <w:lang w:val="ru-RU"/>
        </w:rPr>
        <w:t>ЛИТЕРАТУРА</w:t>
      </w:r>
      <w:r w:rsidR="0068421E"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»</w:t>
      </w:r>
      <w:r w:rsidRPr="00963660">
        <w:rPr>
          <w:lang w:val="ru-RU"/>
        </w:rPr>
        <w:tab/>
      </w:r>
      <w:proofErr w:type="gram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Цель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изученияучебного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предмета – воспитание ценностного отношения к татарской литературе как существенной части родной культуры, формирование грамотного читателя, который в будущем сможет самостоятельно выбирать книги и пользоваться библиотекой, ориентируясь на собственные предпочтения или исходя из поставленной учебной задачи, а также использовать свою читательскую деятельность как средство для самообразования.</w:t>
      </w:r>
    </w:p>
    <w:p w:rsidR="00DD415B" w:rsidRPr="00963660" w:rsidRDefault="00F84CFE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Задачи 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изучения учебного предмета: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воспитание интереса к чтению и книге, формирование читательского кругозора;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- формирование и совершенствование техники чтения вслух и про себя, развитие приемов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понимания (восприятия и осмысления) текста;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формирование коммуникативных умений обучающихся;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развитие устной и письменной речи учащихся на родном (татарском) языке (диалогической и монологической);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формирование нравственных и эстетических чувств обучающихся, обучение пониманию духовной сущности произведений;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развитие способности к творческой деятельности на родном (татарском) языке.</w:t>
      </w:r>
    </w:p>
    <w:p w:rsidR="00DD415B" w:rsidRPr="00963660" w:rsidRDefault="00F84CFE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</w:t>
      </w:r>
      <w:r w:rsidR="0068421E">
        <w:rPr>
          <w:rFonts w:ascii="Times New Roman" w:eastAsia="Times New Roman" w:hAnsi="Times New Roman"/>
          <w:b/>
          <w:color w:val="000000"/>
          <w:sz w:val="24"/>
          <w:lang w:val="ru-RU"/>
        </w:rPr>
        <w:t>«ТАТАРСКАЯ ЛИТЕРАТУРА</w:t>
      </w:r>
      <w:r w:rsidR="0068421E"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» </w:t>
      </w: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 УЧЕБНОМ ПЛАНЕ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федеральным государственным образовательным стандартом начального общего </w:t>
      </w:r>
      <w:r w:rsidR="0068421E">
        <w:rPr>
          <w:rFonts w:ascii="Times New Roman" w:eastAsia="Times New Roman" w:hAnsi="Times New Roman"/>
          <w:color w:val="000000"/>
          <w:sz w:val="24"/>
          <w:lang w:val="ru-RU"/>
        </w:rPr>
        <w:t>образования учебный предмет «Татарская литература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» входит в предметную область</w:t>
      </w:r>
      <w:r w:rsidR="0068421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«Родной язык и литературное чтение на родном языке» и является обязательным для изучения.</w:t>
      </w:r>
    </w:p>
    <w:p w:rsidR="00DD415B" w:rsidRPr="00963660" w:rsidRDefault="00F84CFE">
      <w:pPr>
        <w:tabs>
          <w:tab w:val="left" w:pos="180"/>
        </w:tabs>
        <w:autoSpaceDE w:val="0"/>
        <w:autoSpaceDN w:val="0"/>
        <w:spacing w:before="72" w:after="0" w:line="262" w:lineRule="auto"/>
        <w:ind w:right="288"/>
        <w:rPr>
          <w:lang w:val="ru-RU"/>
        </w:rPr>
      </w:pP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Во 2 классе на изучение уч</w:t>
      </w:r>
      <w:r w:rsidR="0068421E">
        <w:rPr>
          <w:rFonts w:ascii="Times New Roman" w:eastAsia="Times New Roman" w:hAnsi="Times New Roman"/>
          <w:color w:val="000000"/>
          <w:sz w:val="24"/>
          <w:lang w:val="ru-RU"/>
        </w:rPr>
        <w:t>ебного предмета «Татарская литература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»</w:t>
      </w:r>
      <w:r w:rsidR="0068421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отводится 1 час в неделю, что составляет 34 часа.</w:t>
      </w:r>
    </w:p>
    <w:p w:rsidR="00DD415B" w:rsidRPr="00963660" w:rsidRDefault="00DD415B">
      <w:pPr>
        <w:rPr>
          <w:lang w:val="ru-RU"/>
        </w:rPr>
        <w:sectPr w:rsidR="00DD415B" w:rsidRPr="00963660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D415B" w:rsidRPr="00963660" w:rsidRDefault="00DD415B">
      <w:pPr>
        <w:autoSpaceDE w:val="0"/>
        <w:autoSpaceDN w:val="0"/>
        <w:spacing w:after="78" w:line="220" w:lineRule="exact"/>
        <w:rPr>
          <w:lang w:val="ru-RU"/>
        </w:rPr>
      </w:pPr>
    </w:p>
    <w:p w:rsidR="00DD415B" w:rsidRPr="00963660" w:rsidRDefault="00F84CFE">
      <w:pPr>
        <w:autoSpaceDE w:val="0"/>
        <w:autoSpaceDN w:val="0"/>
        <w:spacing w:after="0" w:line="230" w:lineRule="auto"/>
        <w:rPr>
          <w:lang w:val="ru-RU"/>
        </w:rPr>
      </w:pP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DD415B" w:rsidRPr="00963660" w:rsidRDefault="00F84CFE">
      <w:pPr>
        <w:autoSpaceDE w:val="0"/>
        <w:autoSpaceDN w:val="0"/>
        <w:spacing w:before="346" w:after="0" w:line="262" w:lineRule="auto"/>
        <w:ind w:left="180" w:right="1872"/>
        <w:rPr>
          <w:lang w:val="ru-RU"/>
        </w:rPr>
      </w:pP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Алтын көз җитте (Наступила золотая осень)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Произведения о красоте осенней природы, осеннего леса, о празднике 1 сентября.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Б. Рахмет. «Сара мəктəпкə бара» («Сара идет в школу»).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Р. Валиева. «Көз» («Осень»).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Г. Хасанов. «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Көзге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бакча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» («Осенний сад»).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Ф.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Яруллин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 «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Көзге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табын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» («Осенние яства»).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И.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Туктар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 «Урман букеты» («Лесной букет»).</w:t>
      </w:r>
    </w:p>
    <w:p w:rsidR="00DD415B" w:rsidRPr="00963660" w:rsidRDefault="00F84CFE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Татар </w:t>
      </w:r>
      <w:proofErr w:type="spellStart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халык</w:t>
      </w:r>
      <w:proofErr w:type="spell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авыз</w:t>
      </w:r>
      <w:proofErr w:type="spell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иҗаты</w:t>
      </w:r>
      <w:proofErr w:type="spell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Мəкаль-əйтемнəр. </w:t>
      </w:r>
      <w:proofErr w:type="spellStart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Табышмаклар</w:t>
      </w:r>
      <w:proofErr w:type="spell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(Татарское устное народное творчество. Пословицы и поговорки. Загадки)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Малые жанры устного народного творчества. Пословицы и поговорки. Загадки. Тематика и проблематика. Значение пословиц. Ситуации использования в речи пословиц и поговорок. Смекалка и находчивость в решении загадок.</w:t>
      </w:r>
    </w:p>
    <w:p w:rsidR="00DD415B" w:rsidRPr="00963660" w:rsidRDefault="00F84CFE">
      <w:pPr>
        <w:tabs>
          <w:tab w:val="left" w:pos="180"/>
        </w:tabs>
        <w:autoSpaceDE w:val="0"/>
        <w:autoSpaceDN w:val="0"/>
        <w:spacing w:before="70" w:after="0" w:line="271" w:lineRule="auto"/>
        <w:ind w:right="864"/>
        <w:rPr>
          <w:lang w:val="ru-RU"/>
        </w:rPr>
      </w:pP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 </w:t>
      </w:r>
      <w:proofErr w:type="spellStart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ямьле</w:t>
      </w:r>
      <w:proofErr w:type="spell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дə</w:t>
      </w:r>
      <w:proofErr w:type="spell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соң</w:t>
      </w:r>
      <w:proofErr w:type="spell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бу</w:t>
      </w:r>
      <w:proofErr w:type="spell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дөнья! (Как прекрасен этот мир!)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Произведения, отражающие красоту внешнего и внутреннего мира, красоту природы, труда, дружеских отношений.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Л.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Лерон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. «И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ямьле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дə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соң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бу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дөнья!» («Как прекрасен этот мир!»).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Г. Тукай. «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Эш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беткəч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уйнарга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ярый» («Закончил дело – гуляй смело»).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Р.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Гаташ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 «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Зəңгəр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ил –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балачак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иле» («Голубая страна – страна детства»).</w:t>
      </w:r>
    </w:p>
    <w:p w:rsidR="00DD415B" w:rsidRPr="00963660" w:rsidRDefault="00F84CFE">
      <w:pPr>
        <w:tabs>
          <w:tab w:val="left" w:pos="180"/>
        </w:tabs>
        <w:autoSpaceDE w:val="0"/>
        <w:autoSpaceDN w:val="0"/>
        <w:spacing w:before="70" w:after="0" w:line="271" w:lineRule="auto"/>
        <w:ind w:right="576"/>
        <w:rPr>
          <w:lang w:val="ru-RU"/>
        </w:rPr>
      </w:pP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Ап-</w:t>
      </w:r>
      <w:proofErr w:type="spellStart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ак</w:t>
      </w:r>
      <w:proofErr w:type="spell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кыш </w:t>
      </w:r>
      <w:proofErr w:type="spellStart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килде</w:t>
      </w:r>
      <w:proofErr w:type="spell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(Зимушка-зима)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Произведения, раскрывающие образы зимней природы, красоту зимнего леса, тему природы и человека. Праздник Новый год.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А.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Еники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 «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Кышкы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урман» («Зимний лес»).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А.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Алиш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 «Январь».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Б. Рахмет. «Кыш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һəм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кеше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» («Зима и человек»).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С.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Урайский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 «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Чыршы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янында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» («Вокруг елки»).</w:t>
      </w:r>
    </w:p>
    <w:p w:rsidR="00DD415B" w:rsidRPr="00963660" w:rsidRDefault="00F84CFE">
      <w:pPr>
        <w:tabs>
          <w:tab w:val="left" w:pos="180"/>
        </w:tabs>
        <w:autoSpaceDE w:val="0"/>
        <w:autoSpaceDN w:val="0"/>
        <w:spacing w:before="70" w:after="0" w:line="271" w:lineRule="auto"/>
        <w:ind w:right="576"/>
        <w:rPr>
          <w:lang w:val="ru-RU"/>
        </w:rPr>
      </w:pPr>
      <w:r w:rsidRPr="00963660">
        <w:rPr>
          <w:lang w:val="ru-RU"/>
        </w:rPr>
        <w:tab/>
      </w:r>
      <w:proofErr w:type="spellStart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Туган</w:t>
      </w:r>
      <w:proofErr w:type="spell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илем</w:t>
      </w:r>
      <w:proofErr w:type="spell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, </w:t>
      </w:r>
      <w:proofErr w:type="spellStart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туган</w:t>
      </w:r>
      <w:proofErr w:type="spell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телем</w:t>
      </w:r>
      <w:proofErr w:type="spell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... (Родина моя, мой родной язык...)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Произведения, раскрывающие образ Родины, ее значение в жизни человека, рассказывающие о важности сохранения родного языка.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Г. Тукай. «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Туган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тел» («Родной язык»).</w:t>
      </w:r>
    </w:p>
    <w:p w:rsidR="00DD415B" w:rsidRPr="00963660" w:rsidRDefault="00F84CFE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Р.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Файзуллин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 «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Синеке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–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илнеке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» («Твое – родное»).</w:t>
      </w:r>
    </w:p>
    <w:p w:rsidR="00DD415B" w:rsidRPr="00963660" w:rsidRDefault="00F84CFE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Э.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Мукминова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 «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Туган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телем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» («Мой родной язык»).</w:t>
      </w:r>
    </w:p>
    <w:p w:rsidR="00DD415B" w:rsidRPr="00963660" w:rsidRDefault="00F84CFE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Г. Баширов. «Безнең Татарстан» («Наш Татарстан»).</w:t>
      </w:r>
    </w:p>
    <w:p w:rsidR="00DD415B" w:rsidRPr="00963660" w:rsidRDefault="00F84CFE">
      <w:pPr>
        <w:tabs>
          <w:tab w:val="left" w:pos="180"/>
        </w:tabs>
        <w:autoSpaceDE w:val="0"/>
        <w:autoSpaceDN w:val="0"/>
        <w:spacing w:before="70" w:after="0" w:line="271" w:lineRule="auto"/>
        <w:ind w:right="432"/>
        <w:rPr>
          <w:lang w:val="ru-RU"/>
        </w:rPr>
      </w:pPr>
      <w:r w:rsidRPr="00963660">
        <w:rPr>
          <w:lang w:val="ru-RU"/>
        </w:rPr>
        <w:tab/>
      </w:r>
      <w:proofErr w:type="spellStart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Яз</w:t>
      </w:r>
      <w:proofErr w:type="spell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керде</w:t>
      </w:r>
      <w:proofErr w:type="spell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өебезгə</w:t>
      </w:r>
      <w:proofErr w:type="spellEnd"/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(Весна к нам пришла)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Произведения, раскрывающие образ весны в литературе. Описание весенних месяцев, оживание природы, жизнь птиц и зверей.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Н.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Мадьяров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. «Кар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астыннан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чыкты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яз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» («Весна выглянула из-под снега»).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Р.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Миннуллин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 «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Яз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керде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өебезгə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» («Весна пришла к нам в дом»).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Ф.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Яруллин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. «Композитор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чыпчыклар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» («Воробьи композиторы»).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А.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Бикчантаева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. «Март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аенда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» («В марте месяце»).</w:t>
      </w:r>
    </w:p>
    <w:p w:rsidR="00DD415B" w:rsidRPr="00963660" w:rsidRDefault="00F84CFE">
      <w:pPr>
        <w:autoSpaceDE w:val="0"/>
        <w:autoSpaceDN w:val="0"/>
        <w:spacing w:before="70" w:after="0" w:line="262" w:lineRule="auto"/>
        <w:ind w:left="180" w:right="1152"/>
        <w:rPr>
          <w:lang w:val="ru-RU"/>
        </w:rPr>
      </w:pP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Көлке көлə килə (Посмеемся вместе)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Произведения о веселых и смешных ситуациях в жизни школы, одноклассников, друзей.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Р.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Миннуллин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 «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Малайлар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сөйлəшə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» («Мальчишки разговаривают»).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Ш.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Галиев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 «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Онытылган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...» («Забыл...»).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Р. Валиев. «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Бу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класска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ни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булган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?» («Что случилось с этим классом?»).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З.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Гумерова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 «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Кайда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булсын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–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кесəмдə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» («Как где? В кармане»).</w:t>
      </w:r>
    </w:p>
    <w:p w:rsidR="00DD415B" w:rsidRPr="00963660" w:rsidRDefault="00DD415B">
      <w:pPr>
        <w:rPr>
          <w:lang w:val="ru-RU"/>
        </w:rPr>
        <w:sectPr w:rsidR="00DD415B" w:rsidRPr="00963660">
          <w:pgSz w:w="11900" w:h="16840"/>
          <w:pgMar w:top="298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D415B" w:rsidRPr="00963660" w:rsidRDefault="00DD415B">
      <w:pPr>
        <w:autoSpaceDE w:val="0"/>
        <w:autoSpaceDN w:val="0"/>
        <w:spacing w:after="96" w:line="220" w:lineRule="exact"/>
        <w:rPr>
          <w:lang w:val="ru-RU"/>
        </w:rPr>
      </w:pPr>
    </w:p>
    <w:p w:rsidR="00DD415B" w:rsidRPr="00963660" w:rsidRDefault="00F84CFE">
      <w:pPr>
        <w:tabs>
          <w:tab w:val="left" w:pos="180"/>
        </w:tabs>
        <w:autoSpaceDE w:val="0"/>
        <w:autoSpaceDN w:val="0"/>
        <w:spacing w:after="0" w:line="271" w:lineRule="auto"/>
        <w:rPr>
          <w:lang w:val="ru-RU"/>
        </w:rPr>
      </w:pP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Исəнме, җəй! (Здравствуй, лето!)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Произведения, отражающие красоту летней природы. Стихотворения о веселом и интересном проведении времени в летние каникулы.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Ш.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Камал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 «Җəйге иртə» («Летнее утро»).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Л.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Лерон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 «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Безне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җəй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көтə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» («Ждет нас лето»).</w:t>
      </w:r>
    </w:p>
    <w:p w:rsidR="00DD415B" w:rsidRPr="00963660" w:rsidRDefault="00F84CF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Р. Валиева. «Исəнме, җəй!» («Здравствуй, лето!»).</w:t>
      </w:r>
    </w:p>
    <w:p w:rsidR="00DD415B" w:rsidRPr="00963660" w:rsidRDefault="00DD415B">
      <w:pPr>
        <w:rPr>
          <w:lang w:val="ru-RU"/>
        </w:rPr>
        <w:sectPr w:rsidR="00DD415B" w:rsidRPr="00963660">
          <w:pgSz w:w="11900" w:h="16840"/>
          <w:pgMar w:top="316" w:right="1370" w:bottom="1440" w:left="666" w:header="720" w:footer="720" w:gutter="0"/>
          <w:cols w:space="720" w:equalWidth="0">
            <w:col w:w="9864" w:space="0"/>
          </w:cols>
          <w:docGrid w:linePitch="360"/>
        </w:sectPr>
      </w:pPr>
    </w:p>
    <w:p w:rsidR="00DD415B" w:rsidRPr="00963660" w:rsidRDefault="00DD415B">
      <w:pPr>
        <w:autoSpaceDE w:val="0"/>
        <w:autoSpaceDN w:val="0"/>
        <w:spacing w:after="78" w:line="220" w:lineRule="exact"/>
        <w:rPr>
          <w:lang w:val="ru-RU"/>
        </w:rPr>
      </w:pPr>
    </w:p>
    <w:p w:rsidR="00DD415B" w:rsidRPr="00963660" w:rsidRDefault="00F84CFE">
      <w:pPr>
        <w:autoSpaceDE w:val="0"/>
        <w:autoSpaceDN w:val="0"/>
        <w:spacing w:after="0" w:line="230" w:lineRule="auto"/>
        <w:rPr>
          <w:lang w:val="ru-RU"/>
        </w:rPr>
      </w:pP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DD415B" w:rsidRPr="00963660" w:rsidRDefault="00F84CFE">
      <w:pPr>
        <w:autoSpaceDE w:val="0"/>
        <w:autoSpaceDN w:val="0"/>
        <w:spacing w:before="346" w:after="0" w:line="230" w:lineRule="auto"/>
        <w:rPr>
          <w:lang w:val="ru-RU"/>
        </w:rPr>
      </w:pP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DD415B" w:rsidRPr="00963660" w:rsidRDefault="00F84CFE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В результате из</w:t>
      </w:r>
      <w:r w:rsidR="00CD4E03">
        <w:rPr>
          <w:rFonts w:ascii="Times New Roman" w:eastAsia="Times New Roman" w:hAnsi="Times New Roman"/>
          <w:color w:val="000000"/>
          <w:sz w:val="24"/>
          <w:lang w:val="ru-RU"/>
        </w:rPr>
        <w:t>учения предмета «Татарская литература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» у обучающегося будут сформированы следующие личностные результаты: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гражданско-патриотического воспитания: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— становление ценностного отношения к своей Родине — России;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— осознание своей этнокультурной и российской гражданской идентичности;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— сопричастность к прошлому, настоящему и будущему своей страны и родного края;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— уважение к своему и другим народам;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—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межличностных отношений;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духовно-нравственного воспитания: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— признание индивидуальности каждого человека;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— проявление сопереживания, уважения и доброжелательности;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— неприятие любых форм поведения, направленных на причинение физического и морального вреда другим людям;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эстетического воспитания: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—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— стремление к самовыражению в разных видах художественной деятельности;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— соблюдение правил здорового и безопасного (для себя и других людей) образа жизни в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окружающей среде (в том числе информационной);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— бережное отношение к физическому и психическому здоровью;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трудового воспитания: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— 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экологического воспитания: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— бережное отношение к природе;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— неприятие действий, приносящих ей вред;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ценности научного познания: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— первоначальные представления о научной картине мира;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— познавательные интересы, активность, инициативность, любознательность и самостоятельность в познании.</w:t>
      </w:r>
    </w:p>
    <w:p w:rsidR="00DD415B" w:rsidRPr="00963660" w:rsidRDefault="00F84CFE">
      <w:pPr>
        <w:autoSpaceDE w:val="0"/>
        <w:autoSpaceDN w:val="0"/>
        <w:spacing w:before="262" w:after="0" w:line="230" w:lineRule="auto"/>
        <w:rPr>
          <w:lang w:val="ru-RU"/>
        </w:rPr>
      </w:pP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DD415B" w:rsidRPr="00963660" w:rsidRDefault="00F84CFE">
      <w:pPr>
        <w:tabs>
          <w:tab w:val="left" w:pos="180"/>
        </w:tabs>
        <w:autoSpaceDE w:val="0"/>
        <w:autoSpaceDN w:val="0"/>
        <w:spacing w:before="166" w:after="0" w:line="283" w:lineRule="auto"/>
        <w:ind w:right="144"/>
        <w:rPr>
          <w:lang w:val="ru-RU"/>
        </w:rPr>
      </w:pP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В результате из</w:t>
      </w:r>
      <w:r w:rsidR="00CD4E03">
        <w:rPr>
          <w:rFonts w:ascii="Times New Roman" w:eastAsia="Times New Roman" w:hAnsi="Times New Roman"/>
          <w:color w:val="000000"/>
          <w:sz w:val="24"/>
          <w:lang w:val="ru-RU"/>
        </w:rPr>
        <w:t>учения предмета «Татарская литература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» во 2 классе обучающийся овладеет универсальными учебными </w:t>
      </w: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познавательными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действиями: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логические </w:t>
      </w:r>
      <w:proofErr w:type="gramStart"/>
      <w:r w:rsidRPr="00963660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действия: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proofErr w:type="gram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сравнивать различные тексты, устанавливать основания для сравнения текстов, устанавливать аналогии текстов;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объединять части объекта/объекты (тексты) по заданному признаку;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определять существенный признак для классификации текстов, классифицировать предложенные</w:t>
      </w:r>
    </w:p>
    <w:p w:rsidR="00DD415B" w:rsidRPr="00963660" w:rsidRDefault="00DD415B">
      <w:pPr>
        <w:rPr>
          <w:lang w:val="ru-RU"/>
        </w:rPr>
        <w:sectPr w:rsidR="00DD415B" w:rsidRPr="00963660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D415B" w:rsidRPr="00963660" w:rsidRDefault="00DD415B">
      <w:pPr>
        <w:autoSpaceDE w:val="0"/>
        <w:autoSpaceDN w:val="0"/>
        <w:spacing w:after="66" w:line="220" w:lineRule="exact"/>
        <w:rPr>
          <w:lang w:val="ru-RU"/>
        </w:rPr>
      </w:pPr>
    </w:p>
    <w:p w:rsidR="00DD415B" w:rsidRPr="00963660" w:rsidRDefault="00F84CFE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тексты;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находить закономерности и противоречия в текстовом материале на основе предложенного учителем алгоритма наблюдения;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выявлять недостаток информации для решения учебной и практической задачи на основе предложенного алгоритма;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- устанавливать причинно-следственные связи при анализе текста, делать выводы;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базовые исследовательские действия: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с помощью учителя формулировать цель;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сравнивать несколько вариантов решения задачи, выбирать наиболее подходящий (на основе предложенных критериев);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выполнять по предложенному плану проектное задание;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формулировать выводы и подкреплять их доказательствами на основе результатов проведенного анализа текста (классификации, сравнения, исследования);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- прогнозировать возможное развитие процессов, событий и их последствия в аналогичных или сходных ситуациях;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работа с информацией: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выбирать источник получения информации: словарь, справочник;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согласно заданному алгоритму находить в предложенном источнике (словаре, справочнике) информацию, представленную в явном виде;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распознавать достоверную и недостоверную информацию самостоятельно или на основании предложенного учителем способа ее проверки (с помощью словарей, справочников);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соблюдать с помощью взрослых (учителей, родителей/законных представителей) правила информационной безопасности при поиске информации в сети Интернет;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анализировать и создавать текстовую, видео, графическую, звуковую, информацию в соответствии с учебной задачей;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понимать информацию, зафиксированную в виде таблиц, схем, самостоятельно создавать схемы, таблицы по результатам работы с текстами.</w:t>
      </w:r>
    </w:p>
    <w:p w:rsidR="00DD415B" w:rsidRPr="00963660" w:rsidRDefault="00F84CFE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«Литературное чтение на родном (татарском) языке» во 2 классе обучающийся овладеет универсальными учебными </w:t>
      </w: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коммуникативными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действиями: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общение: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воспринимать и формулировать суждения, выражать эмоции в соответствии с целями и условиями общения в знакомой среде;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проявлять уважительное отношение к собеседнику, соблюдать правила ведения диалога и дискуссии;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признавать возможность существования разных точек зрения;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корректно и аргументированно высказывать свое мнение;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строить речевое высказывание в соответствии с поставленной задачей;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создавать устные и письменные тексты (описание, рассуждение, повествование);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готовить небольшие публичные выступления;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- подбирать иллюстративный материал (рисунки, фото, плакаты) к тексту выступления;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совместная деятельность: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DD415B" w:rsidRPr="00963660" w:rsidRDefault="00DD415B">
      <w:pPr>
        <w:rPr>
          <w:lang w:val="ru-RU"/>
        </w:rPr>
        <w:sectPr w:rsidR="00DD415B" w:rsidRPr="00963660">
          <w:pgSz w:w="11900" w:h="16840"/>
          <w:pgMar w:top="286" w:right="698" w:bottom="438" w:left="666" w:header="720" w:footer="720" w:gutter="0"/>
          <w:cols w:space="720" w:equalWidth="0">
            <w:col w:w="10536" w:space="0"/>
          </w:cols>
          <w:docGrid w:linePitch="360"/>
        </w:sectPr>
      </w:pPr>
    </w:p>
    <w:p w:rsidR="00DD415B" w:rsidRPr="00963660" w:rsidRDefault="00DD415B">
      <w:pPr>
        <w:autoSpaceDE w:val="0"/>
        <w:autoSpaceDN w:val="0"/>
        <w:spacing w:after="78" w:line="220" w:lineRule="exact"/>
        <w:rPr>
          <w:lang w:val="ru-RU"/>
        </w:rPr>
      </w:pPr>
    </w:p>
    <w:p w:rsidR="00DD415B" w:rsidRPr="00963660" w:rsidRDefault="00F84CFE">
      <w:pPr>
        <w:autoSpaceDE w:val="0"/>
        <w:autoSpaceDN w:val="0"/>
        <w:spacing w:after="0"/>
        <w:ind w:left="180" w:right="1872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проявлять готовность руководить, выполнять поручения, подчиняться;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ответственно выполнять свою часть работы;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оценивать свой вклад в общий результат;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выполнять совместные проектные задания с опорой на предложенные образцы.</w:t>
      </w:r>
    </w:p>
    <w:p w:rsidR="00DD415B" w:rsidRPr="00963660" w:rsidRDefault="00F84CFE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«Литературное чтение на родном (татарском) языке» во 2 классе обучающийся овладеет универсальными учебными </w:t>
      </w: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регулятивными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действиями: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самоорганизация: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планировать действия по решению учебной задачи для получения результата;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- выстраивать последовательность выбранных действий; 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самоконтроль: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устанавливать причины успеха/неудач учебной деятельности;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корректировать свои учебные действия для преодоления речевых и орфографических ошибок;</w:t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соотносить полученный результат с поставленной учебной задачей по анализу текста;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- находить и исправлять ошибки, допущенные при работе с текстами.</w:t>
      </w:r>
    </w:p>
    <w:p w:rsidR="00DD415B" w:rsidRPr="00963660" w:rsidRDefault="00F84CFE">
      <w:pPr>
        <w:autoSpaceDE w:val="0"/>
        <w:autoSpaceDN w:val="0"/>
        <w:spacing w:before="262" w:after="0" w:line="230" w:lineRule="auto"/>
        <w:rPr>
          <w:lang w:val="ru-RU"/>
        </w:rPr>
      </w:pP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DD415B" w:rsidRPr="00963660" w:rsidRDefault="00F84CFE">
      <w:pPr>
        <w:tabs>
          <w:tab w:val="left" w:pos="180"/>
        </w:tabs>
        <w:autoSpaceDE w:val="0"/>
        <w:autoSpaceDN w:val="0"/>
        <w:spacing w:before="166" w:after="0" w:line="288" w:lineRule="auto"/>
        <w:rPr>
          <w:lang w:val="ru-RU"/>
        </w:rPr>
      </w:pP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– читать вслух (владеть техникой осознанного и правильного чтения вслух целыми словами без пропусков и перестановок букв и слогов, с соблюдением при чтении орфоэпических интонационных норм), уметь переходить от чтения вслух к чтению про себя;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– понимать смысл прочитанных произведений или воспринятых на слух;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– задавать вопросы к фактическому содержанию произведения; участвовать в беседе по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прочитанному тексту;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– самостоятельно определять тему и выделять главную мысль произведения;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– определять хронологическую последовательность событий в произведении;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– сопоставлять название произведения с его темой (о природе, о сверстниках, о добре, зле и т. д.);</w:t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– строить короткое монологическое высказывание (краткий и развернутый ответ на вопрос учителя);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– уметь характеризовать литературного героя, давать оценку его поступкам;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– читать наизусть 2–3 стихотворения разных авторов;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– ориентироваться в книге, учебнике, опираясь на ее аппарат (обложку, оглавление, иллюстрации);</w:t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– различать и называть отдельные жанры фольклора (пословицы и поговорки, загадки);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– находить в тексте средства художественной выразительности (синонимы, антонимы);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– читать художественное произведение по ролям;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– пересказывать текст с изменением лица рассказчика;</w:t>
      </w:r>
      <w:r w:rsidRPr="00963660">
        <w:rPr>
          <w:lang w:val="ru-RU"/>
        </w:rPr>
        <w:br/>
      </w:r>
      <w:r w:rsidRPr="00963660">
        <w:rPr>
          <w:lang w:val="ru-RU"/>
        </w:rPr>
        <w:tab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– писать короткие сочинения по личным наблюдениям и впечатлениям.</w:t>
      </w:r>
    </w:p>
    <w:p w:rsidR="00DD415B" w:rsidRPr="00963660" w:rsidRDefault="00DD415B">
      <w:pPr>
        <w:rPr>
          <w:lang w:val="ru-RU"/>
        </w:rPr>
        <w:sectPr w:rsidR="00DD415B" w:rsidRPr="00963660">
          <w:pgSz w:w="11900" w:h="16840"/>
          <w:pgMar w:top="298" w:right="838" w:bottom="1440" w:left="666" w:header="720" w:footer="720" w:gutter="0"/>
          <w:cols w:space="720" w:equalWidth="0">
            <w:col w:w="10396" w:space="0"/>
          </w:cols>
          <w:docGrid w:linePitch="360"/>
        </w:sectPr>
      </w:pPr>
    </w:p>
    <w:p w:rsidR="00DD415B" w:rsidRPr="00963660" w:rsidRDefault="00DD415B">
      <w:pPr>
        <w:autoSpaceDE w:val="0"/>
        <w:autoSpaceDN w:val="0"/>
        <w:spacing w:after="64" w:line="220" w:lineRule="exact"/>
        <w:rPr>
          <w:lang w:val="ru-RU"/>
        </w:rPr>
      </w:pPr>
    </w:p>
    <w:p w:rsidR="00DD415B" w:rsidRDefault="00F84CFE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386"/>
        <w:gridCol w:w="528"/>
        <w:gridCol w:w="1106"/>
        <w:gridCol w:w="962"/>
        <w:gridCol w:w="992"/>
        <w:gridCol w:w="4072"/>
        <w:gridCol w:w="1118"/>
        <w:gridCol w:w="2942"/>
      </w:tblGrid>
      <w:tr w:rsidR="00DD415B" w:rsidTr="00BD36B7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3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  <w:proofErr w:type="spellEnd"/>
          </w:p>
        </w:tc>
        <w:tc>
          <w:tcPr>
            <w:tcW w:w="4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деятельности</w:t>
            </w:r>
            <w:proofErr w:type="spellEnd"/>
          </w:p>
        </w:tc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47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  <w:proofErr w:type="spellEnd"/>
          </w:p>
        </w:tc>
        <w:tc>
          <w:tcPr>
            <w:tcW w:w="2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45" w:lineRule="auto"/>
              <w:ind w:left="72" w:right="100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цифровые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ресурсы</w:t>
            </w:r>
            <w:proofErr w:type="spellEnd"/>
          </w:p>
        </w:tc>
      </w:tr>
      <w:tr w:rsidR="00DD415B" w:rsidTr="00BD36B7">
        <w:trPr>
          <w:trHeight w:hRule="exact" w:val="540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5B" w:rsidRDefault="00DD415B"/>
        </w:tc>
        <w:tc>
          <w:tcPr>
            <w:tcW w:w="3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5B" w:rsidRDefault="00DD415B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  <w:proofErr w:type="spellEnd"/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5B" w:rsidRDefault="00DD415B"/>
        </w:tc>
        <w:tc>
          <w:tcPr>
            <w:tcW w:w="40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5B" w:rsidRDefault="00DD415B"/>
        </w:tc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5B" w:rsidRDefault="00DD415B"/>
        </w:tc>
        <w:tc>
          <w:tcPr>
            <w:tcW w:w="2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5B" w:rsidRDefault="00DD415B"/>
        </w:tc>
      </w:tr>
      <w:tr w:rsidR="00DD415B" w:rsidRPr="00BD36B7" w:rsidTr="00BD36B7">
        <w:trPr>
          <w:trHeight w:hRule="exact" w:val="20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Алтын көз җитте (Наступила золотая осень)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D36B7" w:rsidRDefault="00BD36B7" w:rsidP="00BD36B7">
            <w:pPr>
              <w:autoSpaceDE w:val="0"/>
              <w:autoSpaceDN w:val="0"/>
              <w:spacing w:before="78" w:after="0" w:line="245" w:lineRule="auto"/>
              <w:rPr>
                <w:sz w:val="16"/>
                <w:szCs w:val="16"/>
                <w:lang w:val="ru-RU"/>
              </w:rPr>
            </w:pPr>
            <w:r>
              <w:rPr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07.09.22</w:t>
            </w:r>
          </w:p>
          <w:p w:rsidR="00BD36B7" w:rsidRPr="00BD36B7" w:rsidRDefault="00BD36B7" w:rsidP="00BD36B7">
            <w:pPr>
              <w:autoSpaceDE w:val="0"/>
              <w:autoSpaceDN w:val="0"/>
              <w:spacing w:before="78" w:after="0" w:line="245" w:lineRule="auto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 05.10.22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8" w:after="0" w:line="250" w:lineRule="auto"/>
              <w:ind w:left="72" w:right="576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 вслух: чтение с установкой на смысловое восприятие текста;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текстом художественного произведения; пересказ </w:t>
            </w:r>
            <w:proofErr w:type="gram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текста по опорным словам</w:t>
            </w:r>
            <w:proofErr w:type="gram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1.Библиотека художественных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произведений на татарском 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Kitapxane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DD415B" w:rsidRPr="00963660" w:rsidRDefault="00F84CFE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2.Видеоуроки на родном (татарском)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96366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disk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aWuDx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MPotjxQg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Интерактивная мультимедийная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энциклопедия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balarf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3.Тексты на татарском 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96366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Tatarca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boom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</w:tr>
      <w:tr w:rsidR="00DD415B" w:rsidRPr="00BD36B7" w:rsidTr="00BD36B7">
        <w:trPr>
          <w:trHeight w:hRule="exact" w:val="20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Татар </w:t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халык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авыз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иҗаты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 Мəкаль-əйтемнəр.</w:t>
            </w:r>
          </w:p>
          <w:p w:rsidR="00DD415B" w:rsidRDefault="00F84CFE">
            <w:pPr>
              <w:autoSpaceDE w:val="0"/>
              <w:autoSpaceDN w:val="0"/>
              <w:spacing w:before="20" w:after="0" w:line="245" w:lineRule="auto"/>
              <w:ind w:left="72" w:right="144"/>
            </w:pP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Табышмаклар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(Татарское устное народное творчество.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Пословицы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поговорки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Загадки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BD36B7">
            <w:pPr>
              <w:autoSpaceDE w:val="0"/>
              <w:autoSpaceDN w:val="0"/>
              <w:spacing w:before="78" w:after="0" w:line="230" w:lineRule="auto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12.10.22</w:t>
            </w:r>
          </w:p>
          <w:p w:rsidR="00BD36B7" w:rsidRPr="00BD36B7" w:rsidRDefault="00BD36B7">
            <w:pPr>
              <w:autoSpaceDE w:val="0"/>
              <w:autoSpaceDN w:val="0"/>
              <w:spacing w:before="78" w:after="0" w:line="230" w:lineRule="auto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19.10.22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слушание: восприятие на слух звучащей речи, понимание звуковой и смысловой стороны слова;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творческая работа: создание по образцу загадки;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1.Библиотека художественных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произведений на татарском 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Kitapxane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DD415B" w:rsidRPr="00963660" w:rsidRDefault="00F84CFE">
            <w:pPr>
              <w:autoSpaceDE w:val="0"/>
              <w:autoSpaceDN w:val="0"/>
              <w:spacing w:before="20" w:after="0" w:line="252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2.Видеоуроки на родном (татарском)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96366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disk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aWuDx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MPotjxQg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Интерактивная мультимедийная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энциклопедия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balarf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3.Тексты на татарском 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96366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Tatarca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boom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</w:tr>
      <w:tr w:rsidR="00DD415B" w:rsidRPr="00BD36B7" w:rsidTr="00BD36B7">
        <w:trPr>
          <w:trHeight w:hRule="exact" w:val="20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6" w:after="0" w:line="245" w:lineRule="auto"/>
              <w:ind w:left="72" w:right="144"/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</w:t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ямьле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дə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соң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бу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дөнья!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Как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прекрасен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этот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мир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!)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BD36B7" w:rsidRDefault="00BD36B7">
            <w:pPr>
              <w:autoSpaceDE w:val="0"/>
              <w:autoSpaceDN w:val="0"/>
              <w:spacing w:before="76" w:after="0" w:line="233" w:lineRule="auto"/>
              <w:jc w:val="center"/>
              <w:rPr>
                <w:sz w:val="16"/>
                <w:szCs w:val="16"/>
                <w:lang w:val="ru-RU"/>
              </w:rPr>
            </w:pPr>
            <w:r w:rsidRPr="00BD36B7">
              <w:rPr>
                <w:sz w:val="16"/>
                <w:szCs w:val="16"/>
                <w:lang w:val="ru-RU"/>
              </w:rPr>
              <w:t>26.10.22</w:t>
            </w:r>
          </w:p>
          <w:p w:rsidR="00BD36B7" w:rsidRPr="00BD36B7" w:rsidRDefault="00BD36B7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 w:rsidRPr="00BD36B7">
              <w:rPr>
                <w:sz w:val="16"/>
                <w:szCs w:val="16"/>
                <w:lang w:val="ru-RU"/>
              </w:rPr>
              <w:t>23.11.22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 вслух и про себя: чтение с установкой на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смысловое восприятие текста, переход от чтения вслух к чтению про себя;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вопросов по тексту;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1.Библиотека художественных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произведений на татарском 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Kitapxane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DD415B" w:rsidRPr="00963660" w:rsidRDefault="00F84CFE">
            <w:pPr>
              <w:autoSpaceDE w:val="0"/>
              <w:autoSpaceDN w:val="0"/>
              <w:spacing w:before="18" w:after="0" w:line="254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2.Видеоуроки на родном (татарском)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96366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disk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aWuDx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MPotjxQg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Интерактивная мультимедийная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энциклопедия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balarf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3.Тексты на татарском 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96366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Tatarca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boom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</w:tr>
      <w:tr w:rsidR="00DD415B" w:rsidRPr="00BD36B7" w:rsidTr="00BD36B7">
        <w:trPr>
          <w:trHeight w:hRule="exact" w:val="205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Ап-</w:t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ак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кыш </w:t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килде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(Зимушка-зима)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BD36B7" w:rsidRDefault="00BD36B7">
            <w:pPr>
              <w:autoSpaceDE w:val="0"/>
              <w:autoSpaceDN w:val="0"/>
              <w:spacing w:before="78" w:after="0" w:line="230" w:lineRule="auto"/>
              <w:jc w:val="center"/>
              <w:rPr>
                <w:sz w:val="16"/>
                <w:szCs w:val="16"/>
                <w:lang w:val="ru-RU"/>
              </w:rPr>
            </w:pPr>
            <w:r w:rsidRPr="00BD36B7">
              <w:rPr>
                <w:sz w:val="16"/>
                <w:szCs w:val="16"/>
                <w:lang w:val="ru-RU"/>
              </w:rPr>
              <w:t>30.11.22</w:t>
            </w:r>
          </w:p>
          <w:p w:rsidR="00BD36B7" w:rsidRPr="00BD36B7" w:rsidRDefault="00BD36B7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BD36B7">
              <w:rPr>
                <w:sz w:val="16"/>
                <w:szCs w:val="16"/>
                <w:lang w:val="ru-RU"/>
              </w:rPr>
              <w:t>21.12.22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чтение: чтение вслух с установкой на смысловое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восприятие произведения, переход от чтения вслух к чтению про себя; </w:t>
            </w:r>
            <w:r w:rsidRPr="00963660">
              <w:rPr>
                <w:lang w:val="ru-RU"/>
              </w:rPr>
              <w:br/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декламирование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 выразительное чтение стихотворения наизусть;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1.Библиотека художественных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произведений на татарском 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Kitapxane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DD415B" w:rsidRPr="00963660" w:rsidRDefault="00F84CFE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2.Видеоуроки на родном (татарском)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96366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disk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aWuDx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MPotjxQg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Интерактивная мультимедийная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энциклопедия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balarf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3.Тексты на татарском 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96366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Tatarca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boom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</w:tr>
    </w:tbl>
    <w:p w:rsidR="00DD415B" w:rsidRPr="00963660" w:rsidRDefault="00DD415B">
      <w:pPr>
        <w:autoSpaceDE w:val="0"/>
        <w:autoSpaceDN w:val="0"/>
        <w:spacing w:after="0" w:line="14" w:lineRule="exact"/>
        <w:rPr>
          <w:lang w:val="ru-RU"/>
        </w:rPr>
      </w:pPr>
    </w:p>
    <w:p w:rsidR="00DD415B" w:rsidRPr="00963660" w:rsidRDefault="00DD415B">
      <w:pPr>
        <w:rPr>
          <w:lang w:val="ru-RU"/>
        </w:rPr>
        <w:sectPr w:rsidR="00DD415B" w:rsidRPr="00963660">
          <w:pgSz w:w="16840" w:h="11900"/>
          <w:pgMar w:top="282" w:right="640" w:bottom="82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D415B" w:rsidRPr="00963660" w:rsidRDefault="00DD415B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386"/>
        <w:gridCol w:w="528"/>
        <w:gridCol w:w="1106"/>
        <w:gridCol w:w="1140"/>
        <w:gridCol w:w="864"/>
        <w:gridCol w:w="4022"/>
        <w:gridCol w:w="1118"/>
        <w:gridCol w:w="2942"/>
      </w:tblGrid>
      <w:tr w:rsidR="00DD415B" w:rsidRPr="00BD36B7">
        <w:trPr>
          <w:trHeight w:hRule="exact" w:val="20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Туган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илем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туган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телем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... (Родина моя, мой родной язык...)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870034" w:rsidRDefault="00870034">
            <w:pPr>
              <w:autoSpaceDE w:val="0"/>
              <w:autoSpaceDN w:val="0"/>
              <w:spacing w:before="78" w:after="0" w:line="245" w:lineRule="auto"/>
              <w:jc w:val="center"/>
              <w:rPr>
                <w:sz w:val="16"/>
                <w:szCs w:val="16"/>
                <w:lang w:val="ru-RU"/>
              </w:rPr>
            </w:pPr>
            <w:r w:rsidRPr="00870034">
              <w:rPr>
                <w:sz w:val="16"/>
                <w:szCs w:val="16"/>
                <w:lang w:val="ru-RU"/>
              </w:rPr>
              <w:t>28.12.22</w:t>
            </w:r>
          </w:p>
          <w:p w:rsidR="00870034" w:rsidRPr="00870034" w:rsidRDefault="00870034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 w:rsidRPr="00870034">
              <w:rPr>
                <w:sz w:val="16"/>
                <w:szCs w:val="16"/>
                <w:lang w:val="ru-RU"/>
              </w:rPr>
              <w:t>15.02.23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 вслух и про себя: чтение с установкой на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смысловое восприятие текста, выразительное чтение текста; </w:t>
            </w:r>
            <w:r w:rsidRPr="00963660">
              <w:rPr>
                <w:lang w:val="ru-RU"/>
              </w:rPr>
              <w:br/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декламирование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 выразительное чтение стихотворения наизусть;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1.Библиотека художественных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произведений на татарском 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Kitapxane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DD415B" w:rsidRPr="00963660" w:rsidRDefault="00F84CFE">
            <w:pPr>
              <w:autoSpaceDE w:val="0"/>
              <w:autoSpaceDN w:val="0"/>
              <w:spacing w:before="20" w:after="0" w:line="252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2.Видеоуроки на родном (татарском)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96366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disk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aWuDx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MPotjxQg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Интерактивная мультимедийная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энциклопедия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balarf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3.Тексты на татарском 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96366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Tatarca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boom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</w:tr>
      <w:tr w:rsidR="00DD415B" w:rsidRPr="00BD36B7">
        <w:trPr>
          <w:trHeight w:hRule="exact" w:val="20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Яз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керде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өебезгə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(Весна к нам пришла)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870034" w:rsidRDefault="00870034">
            <w:pPr>
              <w:autoSpaceDE w:val="0"/>
              <w:autoSpaceDN w:val="0"/>
              <w:spacing w:before="76" w:after="0" w:line="245" w:lineRule="auto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22.02</w:t>
            </w:r>
            <w:r w:rsidRPr="00870034">
              <w:rPr>
                <w:sz w:val="16"/>
                <w:szCs w:val="16"/>
                <w:lang w:val="ru-RU"/>
              </w:rPr>
              <w:t>.23</w:t>
            </w:r>
          </w:p>
          <w:p w:rsidR="00870034" w:rsidRPr="00870034" w:rsidRDefault="00870034">
            <w:pPr>
              <w:autoSpaceDE w:val="0"/>
              <w:autoSpaceDN w:val="0"/>
              <w:spacing w:before="76" w:after="0" w:line="245" w:lineRule="auto"/>
              <w:jc w:val="center"/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22.03</w:t>
            </w:r>
            <w:r w:rsidRPr="00870034">
              <w:rPr>
                <w:sz w:val="16"/>
                <w:szCs w:val="16"/>
                <w:lang w:val="ru-RU"/>
              </w:rPr>
              <w:t>.23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вслух: чтение с установкой на смысловое восприятие текста, выразительное чтение текста; учебный диалог: ответы на вопросы по содержанию прочитанного произведения;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1.Библиотека художественных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произведений на татарском 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Kitapxane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DD415B" w:rsidRPr="00963660" w:rsidRDefault="00F84CFE">
            <w:pPr>
              <w:autoSpaceDE w:val="0"/>
              <w:autoSpaceDN w:val="0"/>
              <w:spacing w:before="18" w:after="0" w:line="254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2.Видеоуроки на родном (татарском)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96366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disk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aWuDx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MPotjxQg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Интерактивная мультимедийная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энциклопедия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balarf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3.Тексты на татарском 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96366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Tatarca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boom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</w:tr>
      <w:tr w:rsidR="00DD415B" w:rsidRPr="00BD36B7">
        <w:trPr>
          <w:trHeight w:hRule="exact" w:val="20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Көлке көлə килə (Посмеемся вместе)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870034" w:rsidRDefault="00870034">
            <w:pPr>
              <w:autoSpaceDE w:val="0"/>
              <w:autoSpaceDN w:val="0"/>
              <w:spacing w:before="78" w:after="0" w:line="245" w:lineRule="auto"/>
              <w:jc w:val="center"/>
              <w:rPr>
                <w:sz w:val="16"/>
                <w:szCs w:val="16"/>
                <w:lang w:val="ru-RU"/>
              </w:rPr>
            </w:pPr>
            <w:r w:rsidRPr="00870034">
              <w:rPr>
                <w:sz w:val="16"/>
                <w:szCs w:val="16"/>
                <w:lang w:val="ru-RU"/>
              </w:rPr>
              <w:t>05.04.23</w:t>
            </w:r>
          </w:p>
          <w:p w:rsidR="00870034" w:rsidRPr="00870034" w:rsidRDefault="00870034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26.04</w:t>
            </w:r>
            <w:r w:rsidRPr="00870034">
              <w:rPr>
                <w:sz w:val="16"/>
                <w:szCs w:val="16"/>
                <w:lang w:val="ru-RU"/>
              </w:rPr>
              <w:t>.23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8" w:after="0" w:line="252" w:lineRule="auto"/>
              <w:ind w:left="72" w:right="43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 вслух: выразительное чтение текста;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текстом художественного произведения: соотнесение заглавия с содержанием, определение отношения (позиции) автора, характеристика героя произведения, оценка его поступков;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1.Библиотека художественных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произведений на татарском 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Kitapxane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DD415B" w:rsidRPr="00963660" w:rsidRDefault="00F84CFE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2.Видеоуроки на родном (татарском)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96366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disk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aWuDx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MPotjxQg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Интерактивная мультимедийная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энциклопедия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balarf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3.Тексты на татарском 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96366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Tatarca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boom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</w:tr>
      <w:tr w:rsidR="00DD415B" w:rsidRPr="00BD36B7">
        <w:trPr>
          <w:trHeight w:hRule="exact" w:val="20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Исəнме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җəй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!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Здравствуй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лето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!)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1E347A" w:rsidRDefault="001E347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1E347A" w:rsidRDefault="001E347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870034" w:rsidRDefault="00870034">
            <w:pPr>
              <w:autoSpaceDE w:val="0"/>
              <w:autoSpaceDN w:val="0"/>
              <w:spacing w:before="76" w:after="0" w:line="245" w:lineRule="auto"/>
              <w:jc w:val="center"/>
              <w:rPr>
                <w:sz w:val="16"/>
                <w:szCs w:val="16"/>
                <w:lang w:val="ru-RU"/>
              </w:rPr>
            </w:pPr>
            <w:r w:rsidRPr="00870034">
              <w:rPr>
                <w:sz w:val="16"/>
                <w:szCs w:val="16"/>
                <w:lang w:val="ru-RU"/>
              </w:rPr>
              <w:t>03.05.23</w:t>
            </w:r>
          </w:p>
          <w:p w:rsidR="00870034" w:rsidRDefault="00870034">
            <w:pPr>
              <w:autoSpaceDE w:val="0"/>
              <w:autoSpaceDN w:val="0"/>
              <w:spacing w:before="76" w:after="0" w:line="245" w:lineRule="auto"/>
              <w:jc w:val="center"/>
              <w:rPr>
                <w:lang w:val="ru-RU"/>
              </w:rPr>
            </w:pPr>
            <w:r w:rsidRPr="00870034">
              <w:rPr>
                <w:sz w:val="16"/>
                <w:szCs w:val="16"/>
                <w:lang w:val="ru-RU"/>
              </w:rPr>
              <w:t>24.05.23</w:t>
            </w:r>
          </w:p>
          <w:p w:rsidR="00870034" w:rsidRPr="00870034" w:rsidRDefault="00870034" w:rsidP="00870034">
            <w:pPr>
              <w:rPr>
                <w:lang w:val="ru-RU"/>
              </w:rPr>
            </w:pPr>
            <w:bookmarkStart w:id="0" w:name="_GoBack"/>
            <w:bookmarkEnd w:id="0"/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 вслух: чтение с установкой на смысловое восприятие текста;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проверочная работа: выполнение тестовых заданий;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1.Библиотека художественных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произведений на татарском 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Kitapxane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DD415B" w:rsidRPr="00963660" w:rsidRDefault="00F84CFE">
            <w:pPr>
              <w:autoSpaceDE w:val="0"/>
              <w:autoSpaceDN w:val="0"/>
              <w:spacing w:before="18" w:after="0" w:line="254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2.Видеоуроки на родном (татарском)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96366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disk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aWuDx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MPotjxQg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Интерактивная мультимедийная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энциклопедия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balarf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3.Тексты на татарском языке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URL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96366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Tatarca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boom</w:t>
            </w: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</w:tr>
      <w:tr w:rsidR="00DD415B">
        <w:trPr>
          <w:trHeight w:hRule="exact" w:val="328"/>
        </w:trPr>
        <w:tc>
          <w:tcPr>
            <w:tcW w:w="3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1E347A" w:rsidRDefault="001E347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00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1E347A" w:rsidRDefault="00F84CF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  <w:r w:rsidR="001E347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</w:tr>
    </w:tbl>
    <w:p w:rsidR="00DD415B" w:rsidRDefault="00DD415B">
      <w:pPr>
        <w:autoSpaceDE w:val="0"/>
        <w:autoSpaceDN w:val="0"/>
        <w:spacing w:after="0" w:line="14" w:lineRule="exact"/>
      </w:pPr>
    </w:p>
    <w:p w:rsidR="00DD415B" w:rsidRDefault="00DD415B">
      <w:pPr>
        <w:sectPr w:rsidR="00DD415B">
          <w:pgSz w:w="16840" w:h="11900"/>
          <w:pgMar w:top="284" w:right="640" w:bottom="133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D415B" w:rsidRDefault="00DD415B">
      <w:pPr>
        <w:autoSpaceDE w:val="0"/>
        <w:autoSpaceDN w:val="0"/>
        <w:spacing w:after="78" w:line="220" w:lineRule="exact"/>
      </w:pPr>
    </w:p>
    <w:p w:rsidR="00DD415B" w:rsidRDefault="00F84CFE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146"/>
        <w:gridCol w:w="732"/>
        <w:gridCol w:w="1620"/>
        <w:gridCol w:w="1668"/>
        <w:gridCol w:w="1236"/>
        <w:gridCol w:w="1646"/>
      </w:tblGrid>
      <w:tr w:rsidR="00DD415B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71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DD415B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5B" w:rsidRDefault="00DD415B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5B" w:rsidRDefault="00DD415B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5B" w:rsidRDefault="00DD415B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5B" w:rsidRDefault="00DD415B"/>
        </w:tc>
      </w:tr>
      <w:tr w:rsidR="00DD415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Родина моя. Г.Тукай "Родной язык"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96366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  <w:r w:rsidR="005611E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 w:rsidR="00F84CFE">
              <w:rPr>
                <w:rFonts w:ascii="Times New Roman" w:eastAsia="Times New Roman" w:hAnsi="Times New Roman"/>
                <w:color w:val="000000"/>
                <w:sz w:val="24"/>
              </w:rPr>
              <w:t>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62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D415B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62" w:lineRule="auto"/>
              <w:ind w:left="72" w:right="8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З.Туфайлова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5611E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</w:t>
            </w:r>
            <w:r w:rsidR="00F84CFE">
              <w:rPr>
                <w:rFonts w:ascii="Times New Roman" w:eastAsia="Times New Roman" w:hAnsi="Times New Roman"/>
                <w:color w:val="000000"/>
                <w:sz w:val="24"/>
              </w:rPr>
              <w:t>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78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D415B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Золотая осень. Г.Тукай "Осень"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5611E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21</w:t>
            </w:r>
            <w:r w:rsidR="00F84CFE">
              <w:rPr>
                <w:rFonts w:ascii="Times New Roman" w:eastAsia="Times New Roman" w:hAnsi="Times New Roman"/>
                <w:color w:val="000000"/>
                <w:sz w:val="24"/>
              </w:rPr>
              <w:t>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D415B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М.Ахметжанов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Осень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"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96366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 w:rsidR="005611EA">
              <w:rPr>
                <w:rFonts w:ascii="Times New Roman" w:eastAsia="Times New Roman" w:hAnsi="Times New Roman"/>
                <w:color w:val="000000"/>
                <w:sz w:val="24"/>
              </w:rPr>
              <w:t>8</w:t>
            </w:r>
            <w:r w:rsidR="00F84CFE">
              <w:rPr>
                <w:rFonts w:ascii="Times New Roman" w:eastAsia="Times New Roman" w:hAnsi="Times New Roman"/>
                <w:color w:val="000000"/>
                <w:sz w:val="24"/>
              </w:rPr>
              <w:t>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D415B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Н.Сладков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Осень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пришла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70150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  <w:r w:rsidR="005611E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</w:t>
            </w:r>
            <w:r w:rsidR="00F84CFE">
              <w:rPr>
                <w:rFonts w:ascii="Times New Roman" w:eastAsia="Times New Roman" w:hAnsi="Times New Roman"/>
                <w:color w:val="000000"/>
                <w:sz w:val="24"/>
              </w:rPr>
              <w:t>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D415B" w:rsidRPr="0070150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Урок внеклассного чтения. "Читаем об осени"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0150C" w:rsidRDefault="005611E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</w:t>
            </w:r>
            <w:r w:rsidR="0070150C" w:rsidRP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 w:rsid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</w:t>
            </w:r>
            <w:r w:rsidR="00F84CFE" w:rsidRP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0150C" w:rsidRDefault="00F84CFE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0150C">
              <w:rPr>
                <w:lang w:val="ru-RU"/>
              </w:rPr>
              <w:br/>
            </w:r>
            <w:r w:rsidRP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0150C">
              <w:rPr>
                <w:lang w:val="ru-RU"/>
              </w:rPr>
              <w:br/>
            </w:r>
            <w:r w:rsidRP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DD415B" w:rsidRPr="0070150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0150C" w:rsidRDefault="00F84CFE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0150C" w:rsidRDefault="00F84CFE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Р.Валиева "Родная земля"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0150C" w:rsidRDefault="00F84CFE">
            <w:pPr>
              <w:autoSpaceDE w:val="0"/>
              <w:autoSpaceDN w:val="0"/>
              <w:spacing w:before="100" w:after="0" w:line="230" w:lineRule="auto"/>
              <w:ind w:left="74"/>
              <w:rPr>
                <w:lang w:val="ru-RU"/>
              </w:rPr>
            </w:pPr>
            <w:r w:rsidRP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0150C" w:rsidRDefault="00F84CFE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0150C" w:rsidRDefault="00F84CFE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0150C" w:rsidRDefault="005611EA" w:rsidP="005611EA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19.</w:t>
            </w:r>
            <w:r w:rsid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</w:t>
            </w:r>
            <w:r w:rsidR="00F84CFE" w:rsidRP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0150C" w:rsidRDefault="00F84CFE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DD415B" w:rsidRPr="00777FA0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0150C" w:rsidRDefault="00F84CFE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100" w:after="0" w:line="262" w:lineRule="auto"/>
              <w:ind w:left="72" w:right="864"/>
            </w:pPr>
            <w:r w:rsidRP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Ринат </w:t>
            </w:r>
            <w:proofErr w:type="spellStart"/>
            <w:r w:rsidRP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Маннан</w:t>
            </w:r>
            <w:proofErr w:type="spellEnd"/>
            <w:r w:rsidRPr="0070150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"Флаг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Татарстана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5611EA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26</w:t>
            </w:r>
            <w:r w:rsidR="00777FA0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</w:t>
            </w:r>
            <w:r w:rsidR="00F84CFE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100" w:after="0"/>
              <w:ind w:left="156" w:right="144" w:hanging="156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Устный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DD415B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Газинур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Морат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"Самая красивая страна"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5611E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09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.11</w:t>
            </w:r>
            <w:r w:rsidR="00F84CFE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/>
              <w:ind w:left="156" w:right="144" w:hanging="156"/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Устный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Практическая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D415B" w:rsidRPr="00777FA0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Легенды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5611E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</w:t>
            </w:r>
            <w:r w:rsidR="00777FA0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</w:t>
            </w:r>
            <w:r w:rsidR="00F84CFE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/>
              <w:ind w:left="156" w:right="144" w:hanging="156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Устный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</w:tbl>
    <w:p w:rsidR="00DD415B" w:rsidRPr="00777FA0" w:rsidRDefault="00DD415B">
      <w:pPr>
        <w:autoSpaceDE w:val="0"/>
        <w:autoSpaceDN w:val="0"/>
        <w:spacing w:after="0" w:line="14" w:lineRule="exact"/>
        <w:rPr>
          <w:lang w:val="ru-RU"/>
        </w:rPr>
      </w:pPr>
    </w:p>
    <w:p w:rsidR="00DD415B" w:rsidRPr="00777FA0" w:rsidRDefault="00DD415B">
      <w:pPr>
        <w:rPr>
          <w:lang w:val="ru-RU"/>
        </w:rPr>
        <w:sectPr w:rsidR="00DD415B" w:rsidRPr="00777FA0">
          <w:pgSz w:w="11900" w:h="16840"/>
          <w:pgMar w:top="298" w:right="650" w:bottom="3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D415B" w:rsidRPr="00777FA0" w:rsidRDefault="00DD415B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146"/>
        <w:gridCol w:w="732"/>
        <w:gridCol w:w="1620"/>
        <w:gridCol w:w="1668"/>
        <w:gridCol w:w="1236"/>
        <w:gridCol w:w="1646"/>
      </w:tblGrid>
      <w:tr w:rsidR="00DD415B" w:rsidRPr="00777FA0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Фольклор. Легенды.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5611E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23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.11</w:t>
            </w:r>
            <w:r w:rsidR="00F84CFE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DD415B" w:rsidRPr="00777FA0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Заг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адки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5611E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30</w:t>
            </w:r>
            <w:r w:rsidR="00777FA0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</w:t>
            </w:r>
            <w:r w:rsidR="00F84CFE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DD415B" w:rsidRPr="00777FA0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Приметы.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5611E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07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.12</w:t>
            </w:r>
            <w:r w:rsidR="00F84CFE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78" w:lineRule="auto"/>
              <w:ind w:left="72" w:right="14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DD415B" w:rsidRPr="00777FA0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Анекдоты.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5611E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</w:t>
            </w:r>
            <w:r w:rsidR="00777FA0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</w:t>
            </w:r>
            <w:r w:rsidR="00F84CFE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DD415B" w:rsidRPr="00777FA0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Пословицы.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5611E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21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.12</w:t>
            </w:r>
            <w:r w:rsidR="00F84CFE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контроль;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опрос;</w:t>
            </w:r>
          </w:p>
        </w:tc>
      </w:tr>
      <w:tr w:rsidR="00DD415B" w:rsidRPr="00777FA0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Пословицы.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777FA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 w:rsidR="005611E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</w:t>
            </w:r>
            <w:r w:rsidR="00F84CFE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контроль;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опрос;</w:t>
            </w:r>
          </w:p>
        </w:tc>
      </w:tr>
      <w:tr w:rsidR="00DD415B" w:rsidRPr="00777FA0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17.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Сказки.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5611E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.01</w:t>
            </w:r>
            <w:r w:rsidR="00F84CFE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Тестирование;</w:t>
            </w:r>
          </w:p>
        </w:tc>
      </w:tr>
      <w:tr w:rsidR="00DD415B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18.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Сказки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5611E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18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.01</w:t>
            </w:r>
            <w:r w:rsidR="00F84CFE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74" w:lineRule="auto"/>
              <w:ind w:left="72"/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D415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777FA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  <w:r w:rsidR="005611E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F84CFE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D415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5611E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01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 w:rsidR="00F84CFE">
              <w:rPr>
                <w:rFonts w:ascii="Times New Roman" w:eastAsia="Times New Roman" w:hAnsi="Times New Roman"/>
                <w:color w:val="000000"/>
                <w:sz w:val="24"/>
              </w:rPr>
              <w:t>.202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D415B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Детство. И.Шарапова "Волшебные слова"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5611E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08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</w:rPr>
              <w:t>.0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 w:rsidR="00F84CFE">
              <w:rPr>
                <w:rFonts w:ascii="Times New Roman" w:eastAsia="Times New Roman" w:hAnsi="Times New Roman"/>
                <w:color w:val="000000"/>
                <w:sz w:val="24"/>
              </w:rPr>
              <w:t>.202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D415B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62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А.Бикчантаева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Вкусное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5611E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</w:rPr>
              <w:t>.0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 w:rsidR="00F84CFE">
              <w:rPr>
                <w:rFonts w:ascii="Times New Roman" w:eastAsia="Times New Roman" w:hAnsi="Times New Roman"/>
                <w:color w:val="000000"/>
                <w:sz w:val="24"/>
              </w:rPr>
              <w:t>.202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71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DD415B" w:rsidRDefault="00DD415B">
      <w:pPr>
        <w:autoSpaceDE w:val="0"/>
        <w:autoSpaceDN w:val="0"/>
        <w:spacing w:after="0" w:line="14" w:lineRule="exact"/>
      </w:pPr>
    </w:p>
    <w:p w:rsidR="00DD415B" w:rsidRDefault="00DD415B">
      <w:pPr>
        <w:sectPr w:rsidR="00DD415B">
          <w:pgSz w:w="11900" w:h="16840"/>
          <w:pgMar w:top="284" w:right="650" w:bottom="30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D415B" w:rsidRDefault="00DD415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146"/>
        <w:gridCol w:w="732"/>
        <w:gridCol w:w="1620"/>
        <w:gridCol w:w="1668"/>
        <w:gridCol w:w="1236"/>
        <w:gridCol w:w="1646"/>
      </w:tblGrid>
      <w:tr w:rsidR="00DD415B" w:rsidRPr="00777FA0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Ш.Галиев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Спасибо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5611E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22</w:t>
            </w:r>
            <w:r w:rsidR="00777FA0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02</w:t>
            </w:r>
            <w:r w:rsidR="00F84CFE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Тестирование;</w:t>
            </w:r>
          </w:p>
        </w:tc>
      </w:tr>
      <w:tr w:rsidR="00DD415B" w:rsidRPr="00777FA0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proofErr w:type="spellStart"/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Р.Гизатуллин</w:t>
            </w:r>
            <w:proofErr w:type="spellEnd"/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"Волшебное слово".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5611E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01.03</w:t>
            </w:r>
            <w:r w:rsidR="00F84CFE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Тестирование;</w:t>
            </w:r>
          </w:p>
        </w:tc>
      </w:tr>
      <w:tr w:rsidR="00DD415B" w:rsidRPr="00777FA0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25.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Н.Кашт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анов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Злой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мяч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5611E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</w:t>
            </w:r>
            <w:r w:rsidR="00777FA0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03</w:t>
            </w:r>
            <w:r w:rsidR="00F84CFE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</w:t>
            </w:r>
            <w:r w:rsid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контроль;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опрос;</w:t>
            </w:r>
          </w:p>
        </w:tc>
      </w:tr>
      <w:tr w:rsidR="00DD415B" w:rsidRPr="00777FA0">
        <w:trPr>
          <w:trHeight w:hRule="exact" w:val="1502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26.</w:t>
            </w:r>
          </w:p>
        </w:tc>
        <w:tc>
          <w:tcPr>
            <w:tcW w:w="31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Ш.Бабич "Зимняя дорога".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100" w:after="0" w:line="230" w:lineRule="auto"/>
              <w:ind w:left="7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5611EA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22</w:t>
            </w:r>
            <w:r w:rsid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.03</w:t>
            </w:r>
            <w:r w:rsidR="00F84CFE"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</w:t>
            </w:r>
            <w:r w:rsid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100" w:after="0"/>
              <w:ind w:left="72" w:right="144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контроль;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77FA0">
              <w:rPr>
                <w:lang w:val="ru-RU"/>
              </w:rPr>
              <w:br/>
            </w: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опрос;</w:t>
            </w:r>
          </w:p>
        </w:tc>
      </w:tr>
      <w:tr w:rsidR="00DD415B" w:rsidRPr="007C55D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77FA0" w:rsidRDefault="00F84CF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77FA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27.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Р.Миннуллин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Белая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зима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C35D8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05</w:t>
            </w:r>
            <w:r w:rsidR="007C55D4"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04</w:t>
            </w:r>
            <w:r w:rsidR="00F84CFE"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</w:t>
            </w:r>
            <w:r w:rsid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контроль; </w:t>
            </w:r>
            <w:r w:rsidRPr="007C55D4">
              <w:rPr>
                <w:lang w:val="ru-RU"/>
              </w:rPr>
              <w:br/>
            </w: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C55D4">
              <w:rPr>
                <w:lang w:val="ru-RU"/>
              </w:rPr>
              <w:br/>
            </w: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опрос;</w:t>
            </w:r>
          </w:p>
        </w:tc>
      </w:tr>
      <w:tr w:rsidR="00DD415B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28.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Г.Ибрагимов "Снег идет". </w:t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Г.Бакир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"Зимняя игра".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C35D8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</w:t>
            </w:r>
            <w:r w:rsid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.04</w:t>
            </w:r>
            <w:r w:rsidR="00F84CFE"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</w:t>
            </w:r>
            <w:r w:rsid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/>
              <w:ind w:left="72" w:right="144"/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</w:t>
            </w:r>
            <w:proofErr w:type="spellStart"/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ь;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D415B" w:rsidRPr="007C55D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Ж.Дарзаман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"В весенний день".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C35D8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19</w:t>
            </w:r>
            <w:r w:rsidR="007C55D4"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 w:rsid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04</w:t>
            </w:r>
            <w:r w:rsidR="00F84CFE"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</w:t>
            </w:r>
            <w:r w:rsid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контроль; </w:t>
            </w:r>
            <w:r w:rsidRPr="007C55D4">
              <w:rPr>
                <w:lang w:val="ru-RU"/>
              </w:rPr>
              <w:br/>
            </w: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C55D4">
              <w:rPr>
                <w:lang w:val="ru-RU"/>
              </w:rPr>
              <w:br/>
            </w: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опрос;</w:t>
            </w:r>
          </w:p>
        </w:tc>
      </w:tr>
      <w:tr w:rsidR="00DD415B" w:rsidRPr="007C55D4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30.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З.Хуснияр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"Загадки о зиме".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C35D8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26</w:t>
            </w:r>
            <w:r w:rsid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.04</w:t>
            </w:r>
            <w:r w:rsidR="00F84CFE"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</w:t>
            </w:r>
            <w:r w:rsid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78" w:lineRule="auto"/>
              <w:ind w:left="72" w:right="144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контроль; </w:t>
            </w:r>
            <w:r w:rsidRPr="007C55D4">
              <w:rPr>
                <w:lang w:val="ru-RU"/>
              </w:rPr>
              <w:br/>
            </w: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C55D4">
              <w:rPr>
                <w:lang w:val="ru-RU"/>
              </w:rPr>
              <w:br/>
            </w: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опрос;</w:t>
            </w:r>
          </w:p>
        </w:tc>
      </w:tr>
      <w:tr w:rsidR="00DD415B" w:rsidRPr="007C55D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Ш.Биккол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"На краю леса".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C35D8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03</w:t>
            </w:r>
            <w:r w:rsidR="007C55D4"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05</w:t>
            </w:r>
            <w:r w:rsidR="007C55D4"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</w:t>
            </w:r>
            <w:r w:rsid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F84CFE"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/>
              <w:ind w:left="156" w:right="144" w:hanging="156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Письменный контроль; </w:t>
            </w:r>
            <w:r w:rsidRPr="007C55D4">
              <w:rPr>
                <w:lang w:val="ru-RU"/>
              </w:rPr>
              <w:br/>
            </w: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C55D4">
              <w:rPr>
                <w:lang w:val="ru-RU"/>
              </w:rPr>
              <w:br/>
            </w: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опрос;</w:t>
            </w:r>
          </w:p>
        </w:tc>
      </w:tr>
      <w:tr w:rsidR="00DD415B" w:rsidRPr="007C55D4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proofErr w:type="spellStart"/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Р.Корбан</w:t>
            </w:r>
            <w:proofErr w:type="spellEnd"/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"Новогодний праздник".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C35D8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</w:t>
            </w:r>
            <w:r w:rsid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.05.2023</w:t>
            </w:r>
            <w:r w:rsidR="00F84CFE"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/>
              <w:ind w:left="156" w:right="144" w:hanging="156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Письменный контроль; </w:t>
            </w:r>
            <w:r w:rsidRPr="007C55D4">
              <w:rPr>
                <w:lang w:val="ru-RU"/>
              </w:rPr>
              <w:br/>
            </w: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C55D4">
              <w:rPr>
                <w:lang w:val="ru-RU"/>
              </w:rPr>
              <w:br/>
            </w: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опрос;</w:t>
            </w:r>
          </w:p>
        </w:tc>
      </w:tr>
    </w:tbl>
    <w:p w:rsidR="00DD415B" w:rsidRPr="007C55D4" w:rsidRDefault="00DD415B">
      <w:pPr>
        <w:autoSpaceDE w:val="0"/>
        <w:autoSpaceDN w:val="0"/>
        <w:spacing w:after="0" w:line="14" w:lineRule="exact"/>
        <w:rPr>
          <w:lang w:val="ru-RU"/>
        </w:rPr>
      </w:pPr>
    </w:p>
    <w:p w:rsidR="00DD415B" w:rsidRPr="007C55D4" w:rsidRDefault="00DD415B">
      <w:pPr>
        <w:rPr>
          <w:lang w:val="ru-RU"/>
        </w:rPr>
        <w:sectPr w:rsidR="00DD415B" w:rsidRPr="007C55D4">
          <w:pgSz w:w="11900" w:h="16840"/>
          <w:pgMar w:top="284" w:right="650" w:bottom="9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D415B" w:rsidRPr="007C55D4" w:rsidRDefault="00DD415B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146"/>
        <w:gridCol w:w="732"/>
        <w:gridCol w:w="1620"/>
        <w:gridCol w:w="1668"/>
        <w:gridCol w:w="1236"/>
        <w:gridCol w:w="1646"/>
      </w:tblGrid>
      <w:tr w:rsidR="00DD415B" w:rsidRPr="007C55D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33.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Г.Зайнашева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"Родной край". </w:t>
            </w:r>
            <w:proofErr w:type="spellStart"/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Х.Халиков</w:t>
            </w:r>
            <w:proofErr w:type="spellEnd"/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"Только на </w:t>
            </w:r>
            <w:r w:rsidRPr="00963660">
              <w:rPr>
                <w:lang w:val="ru-RU"/>
              </w:rPr>
              <w:br/>
            </w:r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родной земле".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C35D8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17</w:t>
            </w:r>
            <w:r w:rsid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.05</w:t>
            </w:r>
            <w:r w:rsidR="00F84CFE"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</w:t>
            </w:r>
            <w:r w:rsid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контроль; </w:t>
            </w:r>
            <w:r w:rsidRPr="007C55D4">
              <w:rPr>
                <w:lang w:val="ru-RU"/>
              </w:rPr>
              <w:br/>
            </w: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C55D4">
              <w:rPr>
                <w:lang w:val="ru-RU"/>
              </w:rPr>
              <w:br/>
            </w: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опрос;</w:t>
            </w:r>
          </w:p>
        </w:tc>
      </w:tr>
      <w:tr w:rsidR="00DD415B" w:rsidRPr="007C55D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Контрольная работа.</w:t>
            </w:r>
          </w:p>
          <w:p w:rsidR="00DD415B" w:rsidRPr="007C55D4" w:rsidRDefault="00F84CFE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Промежуточная аттестация.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C35D8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24</w:t>
            </w:r>
            <w:r w:rsid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.05</w:t>
            </w:r>
            <w:r w:rsidR="00F84CFE"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.202</w:t>
            </w:r>
            <w:r w:rsid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7C55D4" w:rsidRDefault="00F84CF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7C55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Контрольная работа;</w:t>
            </w:r>
          </w:p>
        </w:tc>
      </w:tr>
      <w:tr w:rsidR="00DD415B">
        <w:trPr>
          <w:trHeight w:hRule="exact" w:val="8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Pr="00963660" w:rsidRDefault="00F84CF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636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415B" w:rsidRDefault="00F84CF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</w:t>
            </w:r>
          </w:p>
        </w:tc>
      </w:tr>
    </w:tbl>
    <w:p w:rsidR="00DD415B" w:rsidRDefault="00DD415B">
      <w:pPr>
        <w:autoSpaceDE w:val="0"/>
        <w:autoSpaceDN w:val="0"/>
        <w:spacing w:after="0" w:line="14" w:lineRule="exact"/>
      </w:pPr>
    </w:p>
    <w:p w:rsidR="00DD415B" w:rsidRDefault="00DD415B">
      <w:pPr>
        <w:sectPr w:rsidR="00DD415B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D415B" w:rsidRDefault="00DD415B">
      <w:pPr>
        <w:autoSpaceDE w:val="0"/>
        <w:autoSpaceDN w:val="0"/>
        <w:spacing w:after="78" w:line="220" w:lineRule="exact"/>
      </w:pPr>
    </w:p>
    <w:p w:rsidR="00DD415B" w:rsidRDefault="00F84CFE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DD415B" w:rsidRDefault="00F84CFE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DD415B" w:rsidRPr="00963660" w:rsidRDefault="00F84CFE">
      <w:pPr>
        <w:autoSpaceDE w:val="0"/>
        <w:autoSpaceDN w:val="0"/>
        <w:spacing w:before="166" w:after="0" w:line="281" w:lineRule="auto"/>
        <w:ind w:right="720"/>
        <w:rPr>
          <w:lang w:val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</w:rPr>
        <w:t>Əдəбият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белеме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: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Терминнар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һəм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төшенчəлəр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сүзлеге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. –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Казань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: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Магариф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, 2007. – 231 </w:t>
      </w:r>
      <w:proofErr w:type="gramStart"/>
      <w:r>
        <w:rPr>
          <w:rFonts w:ascii="Times New Roman" w:eastAsia="Times New Roman" w:hAnsi="Times New Roman"/>
          <w:color w:val="000000"/>
          <w:sz w:val="24"/>
        </w:rPr>
        <w:t>с.;</w:t>
      </w:r>
      <w:proofErr w:type="gram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Исəнбəт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Н. С.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Татар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халык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мəкальлəре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. 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3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томда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: 1 том. – Казань: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Татар.кн.изд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-во, 2010. – 623 с.; Исəнбəт Н. С. Татар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халык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мəкальлəре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. 3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томда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: 2 том. – Казань: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Татар.кн.изд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-во, 2010. – 749 с.; Исəнбəт Н. С. Татар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халык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мəкальлəре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. 3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томда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: 3 том. – Казань: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Татар.кн.изд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-во, 2010. – 799 с.; Татар əдəбияты: Теория.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Тарих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/ Д. Ф. Заһидуллина, Ə. М. Закирҗанов, Т. Ш. Гыйлəҗев, Н. М.</w:t>
      </w:r>
    </w:p>
    <w:p w:rsidR="00DD415B" w:rsidRPr="00963660" w:rsidRDefault="00F84CFE">
      <w:pPr>
        <w:autoSpaceDE w:val="0"/>
        <w:autoSpaceDN w:val="0"/>
        <w:spacing w:before="70" w:after="0" w:line="262" w:lineRule="auto"/>
        <w:ind w:right="3600"/>
        <w:rPr>
          <w:lang w:val="ru-RU"/>
        </w:rPr>
      </w:pP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Йосыпова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. –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Тулыл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. 2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нче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басма. – Казань: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Магариф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, 2006. – 319 с.; Введите свой вариант:</w:t>
      </w:r>
    </w:p>
    <w:p w:rsidR="00DD415B" w:rsidRPr="00963660" w:rsidRDefault="00F84CFE">
      <w:pPr>
        <w:autoSpaceDE w:val="0"/>
        <w:autoSpaceDN w:val="0"/>
        <w:spacing w:before="264" w:after="0" w:line="230" w:lineRule="auto"/>
        <w:rPr>
          <w:lang w:val="ru-RU"/>
        </w:rPr>
      </w:pP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DD415B" w:rsidRPr="00963660" w:rsidRDefault="00F84CFE">
      <w:pPr>
        <w:autoSpaceDE w:val="0"/>
        <w:autoSpaceDN w:val="0"/>
        <w:spacing w:before="168" w:after="0" w:line="230" w:lineRule="auto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Методика обучения литературному чтению: учебник для студ. учреждений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высш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 проф. образования.</w:t>
      </w:r>
    </w:p>
    <w:p w:rsidR="00DD415B" w:rsidRPr="00963660" w:rsidRDefault="00F84CFE">
      <w:pPr>
        <w:autoSpaceDE w:val="0"/>
        <w:autoSpaceDN w:val="0"/>
        <w:spacing w:before="70" w:after="0" w:line="281" w:lineRule="auto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Под ред. М. П.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Воюшиной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. – 2-е изд.,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испр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. – М.: Издательский центр «Академия», 2013.– 288 с.;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Пранцова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Г. В. Методика обучения литературе: практикум / Г. В.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Пранцова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, Е. С.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Романичева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. – М.: Флинта: Наука, 2014. – 272 с.; </w:t>
      </w:r>
      <w:r w:rsidRPr="00963660">
        <w:rPr>
          <w:lang w:val="ru-RU"/>
        </w:rPr>
        <w:br/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Заһидуллина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Д.Ф.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Мəктəптə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татар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əдəбиятын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укыту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методикасы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. – Второе издание, переработанное и дополненное. – Казань: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Магариф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, 2004. – 367 с.;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DD415B" w:rsidRPr="00963660" w:rsidRDefault="00F84CFE">
      <w:pPr>
        <w:autoSpaceDE w:val="0"/>
        <w:autoSpaceDN w:val="0"/>
        <w:spacing w:before="262" w:after="0" w:line="230" w:lineRule="auto"/>
        <w:rPr>
          <w:lang w:val="ru-RU"/>
        </w:rPr>
      </w:pP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DD415B" w:rsidRPr="00963660" w:rsidRDefault="00F84CFE" w:rsidP="00756499">
      <w:pPr>
        <w:autoSpaceDE w:val="0"/>
        <w:autoSpaceDN w:val="0"/>
        <w:spacing w:before="166" w:after="0" w:line="283" w:lineRule="auto"/>
        <w:ind w:right="864"/>
        <w:rPr>
          <w:lang w:val="ru-RU"/>
        </w:rPr>
        <w:sectPr w:rsidR="00DD415B" w:rsidRPr="00963660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Библиотека художественных произведений на татарском языке // </w:t>
      </w:r>
      <w:r>
        <w:rPr>
          <w:rFonts w:ascii="Times New Roman" w:eastAsia="Times New Roman" w:hAnsi="Times New Roman"/>
          <w:color w:val="000000"/>
          <w:sz w:val="24"/>
        </w:rPr>
        <w:t>URL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://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Kitapxane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at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;</w:t>
      </w:r>
      <w:proofErr w:type="gram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Видеоуроки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 на родном (татарском) языке // </w:t>
      </w:r>
      <w:r>
        <w:rPr>
          <w:rFonts w:ascii="Times New Roman" w:eastAsia="Times New Roman" w:hAnsi="Times New Roman"/>
          <w:color w:val="000000"/>
          <w:sz w:val="24"/>
        </w:rPr>
        <w:t>URL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disk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yandex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d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aWuDx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4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MPotjxQg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/; Интерактивная мультимедийная энциклопедия // </w:t>
      </w:r>
      <w:r>
        <w:rPr>
          <w:rFonts w:ascii="Times New Roman" w:eastAsia="Times New Roman" w:hAnsi="Times New Roman"/>
          <w:color w:val="000000"/>
          <w:sz w:val="24"/>
        </w:rPr>
        <w:t>URL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balarf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Сборник анимационных фильмов, созданных объединением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«</w:t>
      </w:r>
      <w:proofErr w:type="spellStart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Татармультфильм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» // </w:t>
      </w:r>
      <w:r>
        <w:rPr>
          <w:rFonts w:ascii="Times New Roman" w:eastAsia="Times New Roman" w:hAnsi="Times New Roman"/>
          <w:color w:val="000000"/>
          <w:sz w:val="24"/>
        </w:rPr>
        <w:t>URL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tatarcartoon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Тексты на татарском языке // </w:t>
      </w:r>
      <w:r>
        <w:rPr>
          <w:rFonts w:ascii="Times New Roman" w:eastAsia="Times New Roman" w:hAnsi="Times New Roman"/>
          <w:color w:val="000000"/>
          <w:sz w:val="24"/>
        </w:rPr>
        <w:t>URL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Tatarca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boom</w:t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963660">
        <w:rPr>
          <w:lang w:val="ru-RU"/>
        </w:rPr>
        <w:br/>
      </w:r>
    </w:p>
    <w:p w:rsidR="00DD415B" w:rsidRPr="00963660" w:rsidRDefault="00DD415B">
      <w:pPr>
        <w:autoSpaceDE w:val="0"/>
        <w:autoSpaceDN w:val="0"/>
        <w:spacing w:after="78" w:line="220" w:lineRule="exact"/>
        <w:rPr>
          <w:lang w:val="ru-RU"/>
        </w:rPr>
      </w:pPr>
    </w:p>
    <w:p w:rsidR="00DD415B" w:rsidRPr="00963660" w:rsidRDefault="00F84CFE">
      <w:pPr>
        <w:autoSpaceDE w:val="0"/>
        <w:autoSpaceDN w:val="0"/>
        <w:spacing w:after="0" w:line="230" w:lineRule="auto"/>
        <w:rPr>
          <w:lang w:val="ru-RU"/>
        </w:rPr>
      </w:pP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DD415B" w:rsidRPr="00963660" w:rsidRDefault="00F84CFE">
      <w:pPr>
        <w:autoSpaceDE w:val="0"/>
        <w:autoSpaceDN w:val="0"/>
        <w:spacing w:before="346" w:after="0" w:line="230" w:lineRule="auto"/>
        <w:rPr>
          <w:lang w:val="ru-RU"/>
        </w:rPr>
      </w:pP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DD415B" w:rsidRPr="00963660" w:rsidRDefault="00F84CFE">
      <w:pPr>
        <w:autoSpaceDE w:val="0"/>
        <w:autoSpaceDN w:val="0"/>
        <w:spacing w:before="166" w:after="0" w:line="281" w:lineRule="auto"/>
        <w:ind w:right="7488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Компьютерное оборудование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Мультимедийный проектор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Экран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Музыкальные колонки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Видео-и аудиоматериалы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Музыкальные компакт-диски</w:t>
      </w:r>
    </w:p>
    <w:p w:rsidR="00DD415B" w:rsidRPr="00963660" w:rsidRDefault="00F84CFE">
      <w:pPr>
        <w:autoSpaceDE w:val="0"/>
        <w:autoSpaceDN w:val="0"/>
        <w:spacing w:before="264" w:after="0" w:line="230" w:lineRule="auto"/>
        <w:rPr>
          <w:lang w:val="ru-RU"/>
        </w:rPr>
      </w:pPr>
      <w:r w:rsidRPr="00963660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DD415B" w:rsidRPr="00963660" w:rsidRDefault="00F84CFE">
      <w:pPr>
        <w:autoSpaceDE w:val="0"/>
        <w:autoSpaceDN w:val="0"/>
        <w:spacing w:before="168" w:after="0" w:line="281" w:lineRule="auto"/>
        <w:ind w:right="7920"/>
        <w:rPr>
          <w:lang w:val="ru-RU"/>
        </w:rPr>
      </w:pP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Учебники, тетради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Дидактический материал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Опорные конспекты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Схемы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 xml:space="preserve">Карточки-задания </w:t>
      </w:r>
      <w:r w:rsidRPr="00963660">
        <w:rPr>
          <w:lang w:val="ru-RU"/>
        </w:rPr>
        <w:br/>
      </w:r>
      <w:r w:rsidRPr="00963660">
        <w:rPr>
          <w:rFonts w:ascii="Times New Roman" w:eastAsia="Times New Roman" w:hAnsi="Times New Roman"/>
          <w:color w:val="000000"/>
          <w:sz w:val="24"/>
          <w:lang w:val="ru-RU"/>
        </w:rPr>
        <w:t>Плакаты</w:t>
      </w:r>
    </w:p>
    <w:p w:rsidR="00DD415B" w:rsidRPr="00963660" w:rsidRDefault="00DD415B">
      <w:pPr>
        <w:rPr>
          <w:lang w:val="ru-RU"/>
        </w:rPr>
        <w:sectPr w:rsidR="00DD415B" w:rsidRPr="00963660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A737E" w:rsidRPr="00963660" w:rsidRDefault="002A737E">
      <w:pPr>
        <w:rPr>
          <w:lang w:val="ru-RU"/>
        </w:rPr>
      </w:pPr>
    </w:p>
    <w:sectPr w:rsidR="002A737E" w:rsidRPr="00963660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2"/>
  </w:compat>
  <w:rsids>
    <w:rsidRoot w:val="00B47730"/>
    <w:rsid w:val="00004C72"/>
    <w:rsid w:val="00004C92"/>
    <w:rsid w:val="00034616"/>
    <w:rsid w:val="0006063C"/>
    <w:rsid w:val="00062B59"/>
    <w:rsid w:val="0015074B"/>
    <w:rsid w:val="001E347A"/>
    <w:rsid w:val="0029639D"/>
    <w:rsid w:val="002A737E"/>
    <w:rsid w:val="00326F90"/>
    <w:rsid w:val="00355489"/>
    <w:rsid w:val="003C6453"/>
    <w:rsid w:val="005611EA"/>
    <w:rsid w:val="00591374"/>
    <w:rsid w:val="005A3F80"/>
    <w:rsid w:val="0068421E"/>
    <w:rsid w:val="0070150C"/>
    <w:rsid w:val="00756499"/>
    <w:rsid w:val="00777FA0"/>
    <w:rsid w:val="007C55D4"/>
    <w:rsid w:val="00870034"/>
    <w:rsid w:val="008F2E35"/>
    <w:rsid w:val="00963660"/>
    <w:rsid w:val="00AA1D8D"/>
    <w:rsid w:val="00B47730"/>
    <w:rsid w:val="00B93898"/>
    <w:rsid w:val="00BD36B7"/>
    <w:rsid w:val="00C35D8F"/>
    <w:rsid w:val="00CB0664"/>
    <w:rsid w:val="00CD4E03"/>
    <w:rsid w:val="00DA630C"/>
    <w:rsid w:val="00DD415B"/>
    <w:rsid w:val="00DE0B00"/>
    <w:rsid w:val="00F35D3D"/>
    <w:rsid w:val="00F84CF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7936CAF-BB7A-4A23-9C97-F42D81463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7564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7564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59F7E2-7762-4B76-A727-60EE96CB6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3360</Words>
  <Characters>19156</Characters>
  <Application>Microsoft Office Word</Application>
  <DocSecurity>0</DocSecurity>
  <Lines>159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22472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OK</cp:lastModifiedBy>
  <cp:revision>22</cp:revision>
  <cp:lastPrinted>2023-02-04T17:42:00Z</cp:lastPrinted>
  <dcterms:created xsi:type="dcterms:W3CDTF">2022-09-18T11:12:00Z</dcterms:created>
  <dcterms:modified xsi:type="dcterms:W3CDTF">2023-02-04T18:01:00Z</dcterms:modified>
</cp:coreProperties>
</file>